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CF754" w14:textId="77777777" w:rsidR="00682E95" w:rsidRPr="00E13402" w:rsidRDefault="00000000">
      <w:pPr>
        <w:spacing w:after="20" w:line="252" w:lineRule="auto"/>
        <w:jc w:val="center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  <w:sz w:val="28"/>
        </w:rPr>
        <w:t>FORMULARZ ZGŁOSZENIA DZIECKA</w:t>
      </w:r>
    </w:p>
    <w:p w14:paraId="10D918A0" w14:textId="77777777" w:rsidR="00682E95" w:rsidRPr="00E13402" w:rsidRDefault="00000000">
      <w:pPr>
        <w:spacing w:after="160" w:line="252" w:lineRule="auto"/>
        <w:jc w:val="center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  <w:sz w:val="24"/>
        </w:rPr>
        <w:t>na przegląd stomatologiczny</w:t>
      </w:r>
    </w:p>
    <w:p w14:paraId="7392740F" w14:textId="2AA6A1F4" w:rsidR="00682E95" w:rsidRPr="00E13402" w:rsidRDefault="00682E95">
      <w:pPr>
        <w:spacing w:after="40" w:line="252" w:lineRule="auto"/>
        <w:rPr>
          <w:rFonts w:ascii="Times New Roman" w:hAnsi="Times New Roman" w:cs="Times New Roman"/>
        </w:rPr>
      </w:pPr>
    </w:p>
    <w:p w14:paraId="547B5DA8" w14:textId="440403AA" w:rsidR="00682E95" w:rsidRPr="00E13402" w:rsidRDefault="00000000">
      <w:pPr>
        <w:spacing w:after="140" w:line="252" w:lineRule="auto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</w:rPr>
        <w:t xml:space="preserve">Miejsce i termin przeglądu: </w:t>
      </w:r>
      <w:r w:rsidRPr="00E13402">
        <w:rPr>
          <w:rFonts w:ascii="Times New Roman" w:hAnsi="Times New Roman" w:cs="Times New Roman"/>
        </w:rPr>
        <w:t xml:space="preserve">Przychodnia stomatologiczna "SALUS", ul. Oliwkowa 2, 76-200 Słupsk; </w:t>
      </w:r>
    </w:p>
    <w:p w14:paraId="1BC4D9C3" w14:textId="77777777" w:rsidR="00682E95" w:rsidRPr="00E13402" w:rsidRDefault="00000000">
      <w:pPr>
        <w:spacing w:before="40" w:after="80" w:line="252" w:lineRule="auto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  <w:sz w:val="22"/>
        </w:rPr>
        <w:t>DANE DZIECKA</w:t>
      </w:r>
    </w:p>
    <w:p w14:paraId="69E2DE9C" w14:textId="77777777" w:rsidR="00682E95" w:rsidRPr="00E13402" w:rsidRDefault="00000000">
      <w:pPr>
        <w:spacing w:after="60" w:line="252" w:lineRule="auto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</w:rPr>
        <w:t xml:space="preserve">Imię i nazwisko dziecka: </w:t>
      </w:r>
      <w:r w:rsidRPr="00E13402">
        <w:rPr>
          <w:rFonts w:ascii="Times New Roman" w:hAnsi="Times New Roman" w:cs="Times New Roman"/>
        </w:rPr>
        <w:t>..............................................................................................................................</w:t>
      </w:r>
    </w:p>
    <w:p w14:paraId="3F82FF88" w14:textId="690D6A25" w:rsidR="00682E95" w:rsidRPr="00E13402" w:rsidRDefault="006664F8">
      <w:pPr>
        <w:spacing w:after="60" w:line="252" w:lineRule="auto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</w:rPr>
        <w:br/>
      </w:r>
      <w:proofErr w:type="spellStart"/>
      <w:r w:rsidRPr="00E13402">
        <w:rPr>
          <w:rFonts w:ascii="Times New Roman" w:hAnsi="Times New Roman" w:cs="Times New Roman"/>
          <w:b/>
        </w:rPr>
        <w:t>Numer</w:t>
      </w:r>
      <w:proofErr w:type="spellEnd"/>
      <w:r w:rsidRPr="00E13402">
        <w:rPr>
          <w:rFonts w:ascii="Times New Roman" w:hAnsi="Times New Roman" w:cs="Times New Roman"/>
          <w:b/>
        </w:rPr>
        <w:t xml:space="preserve"> PESEL: </w:t>
      </w:r>
      <w:r w:rsidRPr="00E13402">
        <w:rPr>
          <w:rFonts w:ascii="Times New Roman" w:hAnsi="Times New Roman" w:cs="Times New Roman"/>
        </w:rPr>
        <w:t>..............................................................................................................................</w:t>
      </w:r>
    </w:p>
    <w:p w14:paraId="1F91DDB9" w14:textId="559FE109" w:rsidR="00682E95" w:rsidRPr="00E13402" w:rsidRDefault="00682E95">
      <w:pPr>
        <w:spacing w:after="60" w:line="252" w:lineRule="auto"/>
        <w:rPr>
          <w:rFonts w:ascii="Times New Roman" w:hAnsi="Times New Roman" w:cs="Times New Roman"/>
        </w:rPr>
      </w:pPr>
    </w:p>
    <w:p w14:paraId="39F3C977" w14:textId="77777777" w:rsidR="00682E95" w:rsidRPr="00E13402" w:rsidRDefault="00000000">
      <w:pPr>
        <w:spacing w:before="80" w:after="80" w:line="252" w:lineRule="auto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  <w:sz w:val="22"/>
        </w:rPr>
        <w:t>DANE RODZICA / OPIEKUNA PRAWNEGO</w:t>
      </w:r>
    </w:p>
    <w:p w14:paraId="5884AA1A" w14:textId="77777777" w:rsidR="00682E95" w:rsidRPr="00E13402" w:rsidRDefault="00000000">
      <w:pPr>
        <w:spacing w:after="60" w:line="252" w:lineRule="auto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</w:rPr>
        <w:t xml:space="preserve">Imię i nazwisko: </w:t>
      </w:r>
      <w:r w:rsidRPr="00E13402">
        <w:rPr>
          <w:rFonts w:ascii="Times New Roman" w:hAnsi="Times New Roman" w:cs="Times New Roman"/>
        </w:rPr>
        <w:t>..............................................................................................................................</w:t>
      </w:r>
    </w:p>
    <w:p w14:paraId="747E9969" w14:textId="77777777" w:rsidR="00682E95" w:rsidRPr="00E13402" w:rsidRDefault="00000000">
      <w:pPr>
        <w:spacing w:after="60" w:line="252" w:lineRule="auto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</w:rPr>
        <w:t xml:space="preserve">Numer telefonu: </w:t>
      </w:r>
      <w:r w:rsidRPr="00E13402">
        <w:rPr>
          <w:rFonts w:ascii="Times New Roman" w:hAnsi="Times New Roman" w:cs="Times New Roman"/>
        </w:rPr>
        <w:t>..............................................................................................................................</w:t>
      </w:r>
    </w:p>
    <w:p w14:paraId="37D0358D" w14:textId="07F4E485" w:rsidR="00682E95" w:rsidRPr="00E13402" w:rsidRDefault="005858E8">
      <w:pPr>
        <w:spacing w:before="120" w:after="80" w:line="252" w:lineRule="auto"/>
        <w:jc w:val="center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  <w:sz w:val="22"/>
        </w:rPr>
        <w:br/>
        <w:t>ZGODA RODZICA / OPIEKUNA PRAWNEGO</w:t>
      </w:r>
    </w:p>
    <w:p w14:paraId="12CEAB52" w14:textId="53592AED" w:rsidR="00682E95" w:rsidRPr="00E13402" w:rsidRDefault="00000000" w:rsidP="005858E8">
      <w:pPr>
        <w:spacing w:after="80" w:line="252" w:lineRule="auto"/>
        <w:jc w:val="both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</w:rPr>
        <w:t xml:space="preserve">Ja, </w:t>
      </w:r>
      <w:proofErr w:type="spellStart"/>
      <w:r w:rsidRPr="00E13402">
        <w:rPr>
          <w:rFonts w:ascii="Times New Roman" w:hAnsi="Times New Roman" w:cs="Times New Roman"/>
        </w:rPr>
        <w:t>niżej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podpisany</w:t>
      </w:r>
      <w:proofErr w:type="spellEnd"/>
      <w:r w:rsidRPr="00E13402">
        <w:rPr>
          <w:rFonts w:ascii="Times New Roman" w:hAnsi="Times New Roman" w:cs="Times New Roman"/>
        </w:rPr>
        <w:t xml:space="preserve">/a, </w:t>
      </w:r>
      <w:proofErr w:type="spellStart"/>
      <w:r w:rsidRPr="00E13402">
        <w:rPr>
          <w:rFonts w:ascii="Times New Roman" w:hAnsi="Times New Roman" w:cs="Times New Roman"/>
        </w:rPr>
        <w:t>jako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rodzic</w:t>
      </w:r>
      <w:proofErr w:type="spellEnd"/>
      <w:r w:rsidRPr="00E13402">
        <w:rPr>
          <w:rFonts w:ascii="Times New Roman" w:hAnsi="Times New Roman" w:cs="Times New Roman"/>
        </w:rPr>
        <w:t>/</w:t>
      </w:r>
      <w:proofErr w:type="spellStart"/>
      <w:r w:rsidRPr="00E13402">
        <w:rPr>
          <w:rFonts w:ascii="Times New Roman" w:hAnsi="Times New Roman" w:cs="Times New Roman"/>
        </w:rPr>
        <w:t>opiekun</w:t>
      </w:r>
      <w:proofErr w:type="spellEnd"/>
      <w:r w:rsidRPr="00E13402">
        <w:rPr>
          <w:rFonts w:ascii="Times New Roman" w:hAnsi="Times New Roman" w:cs="Times New Roman"/>
        </w:rPr>
        <w:t xml:space="preserve"> prawny </w:t>
      </w:r>
      <w:proofErr w:type="spellStart"/>
      <w:r w:rsidRPr="00E13402">
        <w:rPr>
          <w:rFonts w:ascii="Times New Roman" w:hAnsi="Times New Roman" w:cs="Times New Roman"/>
        </w:rPr>
        <w:t>wskazanego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wyżej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dziecka</w:t>
      </w:r>
      <w:proofErr w:type="spellEnd"/>
      <w:r w:rsidRPr="00E13402">
        <w:rPr>
          <w:rFonts w:ascii="Times New Roman" w:hAnsi="Times New Roman" w:cs="Times New Roman"/>
        </w:rPr>
        <w:t xml:space="preserve">, </w:t>
      </w:r>
      <w:proofErr w:type="spellStart"/>
      <w:r w:rsidRPr="00E13402">
        <w:rPr>
          <w:rFonts w:ascii="Times New Roman" w:hAnsi="Times New Roman" w:cs="Times New Roman"/>
        </w:rPr>
        <w:t>oświadczam</w:t>
      </w:r>
      <w:proofErr w:type="spellEnd"/>
      <w:r w:rsidRPr="00E13402">
        <w:rPr>
          <w:rFonts w:ascii="Times New Roman" w:hAnsi="Times New Roman" w:cs="Times New Roman"/>
        </w:rPr>
        <w:t xml:space="preserve">, </w:t>
      </w:r>
      <w:proofErr w:type="spellStart"/>
      <w:r w:rsidRPr="00E13402">
        <w:rPr>
          <w:rFonts w:ascii="Times New Roman" w:hAnsi="Times New Roman" w:cs="Times New Roman"/>
        </w:rPr>
        <w:t>że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jestem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osobą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uprawnioną</w:t>
      </w:r>
      <w:proofErr w:type="spellEnd"/>
      <w:r w:rsidRPr="00E13402">
        <w:rPr>
          <w:rFonts w:ascii="Times New Roman" w:hAnsi="Times New Roman" w:cs="Times New Roman"/>
        </w:rPr>
        <w:t xml:space="preserve"> do </w:t>
      </w:r>
      <w:proofErr w:type="spellStart"/>
      <w:r w:rsidRPr="00E13402">
        <w:rPr>
          <w:rFonts w:ascii="Times New Roman" w:hAnsi="Times New Roman" w:cs="Times New Roman"/>
        </w:rPr>
        <w:t>wyrażenia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zgody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na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udzielenie</w:t>
      </w:r>
      <w:proofErr w:type="spellEnd"/>
      <w:r w:rsidRPr="00E13402">
        <w:rPr>
          <w:rFonts w:ascii="Times New Roman" w:hAnsi="Times New Roman" w:cs="Times New Roman"/>
        </w:rPr>
        <w:t xml:space="preserve"> mu </w:t>
      </w:r>
      <w:proofErr w:type="spellStart"/>
      <w:r w:rsidRPr="00E13402">
        <w:rPr>
          <w:rFonts w:ascii="Times New Roman" w:hAnsi="Times New Roman" w:cs="Times New Roman"/>
        </w:rPr>
        <w:t>świadczenia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zdrowotnego</w:t>
      </w:r>
      <w:proofErr w:type="spellEnd"/>
      <w:r w:rsidRPr="00E13402">
        <w:rPr>
          <w:rFonts w:ascii="Times New Roman" w:hAnsi="Times New Roman" w:cs="Times New Roman"/>
        </w:rPr>
        <w:t xml:space="preserve"> i </w:t>
      </w:r>
      <w:proofErr w:type="spellStart"/>
      <w:r w:rsidRPr="00E13402">
        <w:rPr>
          <w:rFonts w:ascii="Times New Roman" w:hAnsi="Times New Roman" w:cs="Times New Roman"/>
        </w:rPr>
        <w:t>wyrażam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zgodę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na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udział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dziecka</w:t>
      </w:r>
      <w:proofErr w:type="spellEnd"/>
      <w:r w:rsidR="007977B5">
        <w:rPr>
          <w:rFonts w:ascii="Times New Roman" w:hAnsi="Times New Roman" w:cs="Times New Roman"/>
        </w:rPr>
        <w:br/>
      </w:r>
      <w:r w:rsidRPr="00E13402">
        <w:rPr>
          <w:rFonts w:ascii="Times New Roman" w:hAnsi="Times New Roman" w:cs="Times New Roman"/>
        </w:rPr>
        <w:t xml:space="preserve">w </w:t>
      </w:r>
      <w:proofErr w:type="spellStart"/>
      <w:r w:rsidRPr="00E13402">
        <w:rPr>
          <w:rFonts w:ascii="Times New Roman" w:hAnsi="Times New Roman" w:cs="Times New Roman"/>
        </w:rPr>
        <w:t>przeglądzie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stomatologicznym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oraz</w:t>
      </w:r>
      <w:proofErr w:type="spellEnd"/>
      <w:r w:rsidRPr="00E13402">
        <w:rPr>
          <w:rFonts w:ascii="Times New Roman" w:hAnsi="Times New Roman" w:cs="Times New Roman"/>
        </w:rPr>
        <w:t xml:space="preserve"> na przeprowadzenie badania mającego na celu ocenę stanu zdrowia jamy ustnej, w tym zębów i dziąseł. </w:t>
      </w:r>
      <w:proofErr w:type="spellStart"/>
      <w:r w:rsidRPr="00E13402">
        <w:rPr>
          <w:rFonts w:ascii="Times New Roman" w:hAnsi="Times New Roman" w:cs="Times New Roman"/>
        </w:rPr>
        <w:t>Niniejsza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zgoda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obejmuje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wyłącznie</w:t>
      </w:r>
      <w:proofErr w:type="spellEnd"/>
      <w:r w:rsidRPr="00E13402">
        <w:rPr>
          <w:rFonts w:ascii="Times New Roman" w:hAnsi="Times New Roman" w:cs="Times New Roman"/>
        </w:rPr>
        <w:t xml:space="preserve"> przegląd stomatologiczny. Nie </w:t>
      </w:r>
      <w:proofErr w:type="spellStart"/>
      <w:r w:rsidRPr="00E13402">
        <w:rPr>
          <w:rFonts w:ascii="Times New Roman" w:hAnsi="Times New Roman" w:cs="Times New Roman"/>
        </w:rPr>
        <w:t>obejmuje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="005858E8" w:rsidRPr="00E13402">
        <w:rPr>
          <w:rFonts w:ascii="Times New Roman" w:hAnsi="Times New Roman" w:cs="Times New Roman"/>
        </w:rPr>
        <w:t>zgody</w:t>
      </w:r>
      <w:proofErr w:type="spellEnd"/>
      <w:r w:rsidR="005858E8" w:rsidRPr="00E13402">
        <w:rPr>
          <w:rFonts w:ascii="Times New Roman" w:hAnsi="Times New Roman" w:cs="Times New Roman"/>
        </w:rPr>
        <w:t xml:space="preserve"> </w:t>
      </w:r>
      <w:proofErr w:type="spellStart"/>
      <w:r w:rsidR="005858E8" w:rsidRPr="00E13402">
        <w:rPr>
          <w:rFonts w:ascii="Times New Roman" w:hAnsi="Times New Roman" w:cs="Times New Roman"/>
        </w:rPr>
        <w:t>na</w:t>
      </w:r>
      <w:proofErr w:type="spellEnd"/>
      <w:r w:rsidR="005858E8"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leczeni</w:t>
      </w:r>
      <w:r w:rsidR="005858E8" w:rsidRPr="00E13402">
        <w:rPr>
          <w:rFonts w:ascii="Times New Roman" w:hAnsi="Times New Roman" w:cs="Times New Roman"/>
        </w:rPr>
        <w:t>e</w:t>
      </w:r>
      <w:proofErr w:type="spellEnd"/>
      <w:r w:rsidRPr="00E13402">
        <w:rPr>
          <w:rFonts w:ascii="Times New Roman" w:hAnsi="Times New Roman" w:cs="Times New Roman"/>
        </w:rPr>
        <w:t xml:space="preserve"> ani </w:t>
      </w:r>
      <w:proofErr w:type="spellStart"/>
      <w:r w:rsidRPr="00E13402">
        <w:rPr>
          <w:rFonts w:ascii="Times New Roman" w:hAnsi="Times New Roman" w:cs="Times New Roman"/>
        </w:rPr>
        <w:t>wykonywani</w:t>
      </w:r>
      <w:r w:rsidR="005858E8" w:rsidRPr="00E13402">
        <w:rPr>
          <w:rFonts w:ascii="Times New Roman" w:hAnsi="Times New Roman" w:cs="Times New Roman"/>
        </w:rPr>
        <w:t>e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zabiegów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stomatologicznych</w:t>
      </w:r>
      <w:proofErr w:type="spellEnd"/>
      <w:r w:rsidRPr="00E13402">
        <w:rPr>
          <w:rFonts w:ascii="Times New Roman" w:hAnsi="Times New Roman" w:cs="Times New Roman"/>
        </w:rPr>
        <w:t xml:space="preserve"> </w:t>
      </w:r>
      <w:proofErr w:type="spellStart"/>
      <w:r w:rsidRPr="00E13402">
        <w:rPr>
          <w:rFonts w:ascii="Times New Roman" w:hAnsi="Times New Roman" w:cs="Times New Roman"/>
        </w:rPr>
        <w:t>lub</w:t>
      </w:r>
      <w:proofErr w:type="spellEnd"/>
      <w:r w:rsidRPr="00E13402">
        <w:rPr>
          <w:rFonts w:ascii="Times New Roman" w:hAnsi="Times New Roman" w:cs="Times New Roman"/>
        </w:rPr>
        <w:t xml:space="preserve"> innych świadczeń wykraczających poza badanie; ich wykonanie wymaga odrębnej zgody osoby uprawnionej.</w:t>
      </w:r>
    </w:p>
    <w:p w14:paraId="1D8F1F1D" w14:textId="58EF8154" w:rsidR="00682E95" w:rsidRPr="00E13402" w:rsidRDefault="005858E8">
      <w:pPr>
        <w:spacing w:after="60" w:line="252" w:lineRule="auto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</w:rPr>
        <w:br/>
      </w:r>
      <w:proofErr w:type="spellStart"/>
      <w:r w:rsidRPr="00E13402">
        <w:rPr>
          <w:rFonts w:ascii="Times New Roman" w:hAnsi="Times New Roman" w:cs="Times New Roman"/>
          <w:b/>
        </w:rPr>
        <w:t>Miejscowość</w:t>
      </w:r>
      <w:proofErr w:type="spellEnd"/>
      <w:r w:rsidRPr="00E13402">
        <w:rPr>
          <w:rFonts w:ascii="Times New Roman" w:hAnsi="Times New Roman" w:cs="Times New Roman"/>
          <w:b/>
        </w:rPr>
        <w:t xml:space="preserve"> i data: </w:t>
      </w:r>
      <w:r w:rsidRPr="00E13402">
        <w:rPr>
          <w:rFonts w:ascii="Times New Roman" w:hAnsi="Times New Roman" w:cs="Times New Roman"/>
        </w:rPr>
        <w:t>................................................................................</w:t>
      </w:r>
    </w:p>
    <w:p w14:paraId="16A96977" w14:textId="77416A80" w:rsidR="00682E95" w:rsidRPr="00E13402" w:rsidRDefault="005858E8">
      <w:pPr>
        <w:spacing w:after="120" w:line="252" w:lineRule="auto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</w:rPr>
        <w:br/>
      </w:r>
      <w:proofErr w:type="spellStart"/>
      <w:r w:rsidRPr="00E13402">
        <w:rPr>
          <w:rFonts w:ascii="Times New Roman" w:hAnsi="Times New Roman" w:cs="Times New Roman"/>
          <w:b/>
        </w:rPr>
        <w:t>Czytelny</w:t>
      </w:r>
      <w:proofErr w:type="spellEnd"/>
      <w:r w:rsidRPr="00E13402">
        <w:rPr>
          <w:rFonts w:ascii="Times New Roman" w:hAnsi="Times New Roman" w:cs="Times New Roman"/>
          <w:b/>
        </w:rPr>
        <w:t xml:space="preserve"> </w:t>
      </w:r>
      <w:proofErr w:type="spellStart"/>
      <w:r w:rsidRPr="00E13402">
        <w:rPr>
          <w:rFonts w:ascii="Times New Roman" w:hAnsi="Times New Roman" w:cs="Times New Roman"/>
          <w:b/>
        </w:rPr>
        <w:t>podpis</w:t>
      </w:r>
      <w:proofErr w:type="spellEnd"/>
      <w:r w:rsidRPr="00E13402">
        <w:rPr>
          <w:rFonts w:ascii="Times New Roman" w:hAnsi="Times New Roman" w:cs="Times New Roman"/>
          <w:b/>
        </w:rPr>
        <w:t xml:space="preserve"> </w:t>
      </w:r>
      <w:proofErr w:type="spellStart"/>
      <w:r w:rsidRPr="00E13402">
        <w:rPr>
          <w:rFonts w:ascii="Times New Roman" w:hAnsi="Times New Roman" w:cs="Times New Roman"/>
          <w:b/>
        </w:rPr>
        <w:t>rodzica</w:t>
      </w:r>
      <w:proofErr w:type="spellEnd"/>
      <w:r w:rsidRPr="00E13402">
        <w:rPr>
          <w:rFonts w:ascii="Times New Roman" w:hAnsi="Times New Roman" w:cs="Times New Roman"/>
          <w:b/>
        </w:rPr>
        <w:t>/</w:t>
      </w:r>
      <w:proofErr w:type="spellStart"/>
      <w:r w:rsidRPr="00E13402">
        <w:rPr>
          <w:rFonts w:ascii="Times New Roman" w:hAnsi="Times New Roman" w:cs="Times New Roman"/>
          <w:b/>
        </w:rPr>
        <w:t>opiekuna</w:t>
      </w:r>
      <w:proofErr w:type="spellEnd"/>
      <w:r w:rsidRPr="00E13402">
        <w:rPr>
          <w:rFonts w:ascii="Times New Roman" w:hAnsi="Times New Roman" w:cs="Times New Roman"/>
          <w:b/>
        </w:rPr>
        <w:t xml:space="preserve"> </w:t>
      </w:r>
      <w:proofErr w:type="spellStart"/>
      <w:r w:rsidRPr="00E13402">
        <w:rPr>
          <w:rFonts w:ascii="Times New Roman" w:hAnsi="Times New Roman" w:cs="Times New Roman"/>
          <w:b/>
        </w:rPr>
        <w:t>prawnego</w:t>
      </w:r>
      <w:proofErr w:type="spellEnd"/>
      <w:r w:rsidRPr="00E13402">
        <w:rPr>
          <w:rFonts w:ascii="Times New Roman" w:hAnsi="Times New Roman" w:cs="Times New Roman"/>
          <w:b/>
        </w:rPr>
        <w:t xml:space="preserve">: </w:t>
      </w:r>
      <w:r w:rsidRPr="00E13402">
        <w:rPr>
          <w:rFonts w:ascii="Times New Roman" w:hAnsi="Times New Roman" w:cs="Times New Roman"/>
        </w:rPr>
        <w:t>................................................................................</w:t>
      </w:r>
    </w:p>
    <w:p w14:paraId="7C3FAA1B" w14:textId="239F9B6D" w:rsidR="00682E95" w:rsidRPr="00E13402" w:rsidRDefault="005858E8">
      <w:pPr>
        <w:spacing w:before="60" w:after="60" w:line="252" w:lineRule="auto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</w:rPr>
        <w:br/>
        <w:t>ZGODA DZIECKA, KTÓRE UKOŃCZYŁO 16 LAT (jeżeli dotyczy)</w:t>
      </w:r>
    </w:p>
    <w:p w14:paraId="316DD0A2" w14:textId="77777777" w:rsidR="00682E95" w:rsidRPr="00E13402" w:rsidRDefault="00000000">
      <w:pPr>
        <w:spacing w:after="60" w:line="252" w:lineRule="auto"/>
        <w:jc w:val="both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</w:rPr>
        <w:t>Po zapoznaniu się z zakresem badania wyrażam zgodę na przeprowadzenie u mnie przeglądu stomatologicznego opisanego powyżej.</w:t>
      </w:r>
    </w:p>
    <w:p w14:paraId="5CE9B662" w14:textId="3D1A5FDE" w:rsidR="00682E95" w:rsidRPr="00E13402" w:rsidRDefault="005858E8">
      <w:pPr>
        <w:spacing w:after="120" w:line="252" w:lineRule="auto"/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  <w:b/>
        </w:rPr>
        <w:br/>
        <w:t xml:space="preserve">Data i </w:t>
      </w:r>
      <w:proofErr w:type="spellStart"/>
      <w:r w:rsidRPr="00E13402">
        <w:rPr>
          <w:rFonts w:ascii="Times New Roman" w:hAnsi="Times New Roman" w:cs="Times New Roman"/>
          <w:b/>
        </w:rPr>
        <w:t>czytelny</w:t>
      </w:r>
      <w:proofErr w:type="spellEnd"/>
      <w:r w:rsidRPr="00E13402">
        <w:rPr>
          <w:rFonts w:ascii="Times New Roman" w:hAnsi="Times New Roman" w:cs="Times New Roman"/>
          <w:b/>
        </w:rPr>
        <w:t xml:space="preserve"> </w:t>
      </w:r>
      <w:proofErr w:type="spellStart"/>
      <w:r w:rsidRPr="00E13402">
        <w:rPr>
          <w:rFonts w:ascii="Times New Roman" w:hAnsi="Times New Roman" w:cs="Times New Roman"/>
          <w:b/>
        </w:rPr>
        <w:t>podpis</w:t>
      </w:r>
      <w:proofErr w:type="spellEnd"/>
      <w:r w:rsidRPr="00E13402">
        <w:rPr>
          <w:rFonts w:ascii="Times New Roman" w:hAnsi="Times New Roman" w:cs="Times New Roman"/>
          <w:b/>
        </w:rPr>
        <w:t xml:space="preserve"> </w:t>
      </w:r>
      <w:proofErr w:type="spellStart"/>
      <w:r w:rsidRPr="00E13402">
        <w:rPr>
          <w:rFonts w:ascii="Times New Roman" w:hAnsi="Times New Roman" w:cs="Times New Roman"/>
          <w:b/>
        </w:rPr>
        <w:t>dziecka</w:t>
      </w:r>
      <w:proofErr w:type="spellEnd"/>
      <w:r w:rsidRPr="00E13402">
        <w:rPr>
          <w:rFonts w:ascii="Times New Roman" w:hAnsi="Times New Roman" w:cs="Times New Roman"/>
          <w:b/>
        </w:rPr>
        <w:t xml:space="preserve">: </w:t>
      </w:r>
      <w:r w:rsidRPr="00E13402">
        <w:rPr>
          <w:rFonts w:ascii="Times New Roman" w:hAnsi="Times New Roman" w:cs="Times New Roman"/>
        </w:rPr>
        <w:t>................................................................................................</w:t>
      </w:r>
    </w:p>
    <w:p w14:paraId="0D06BE26" w14:textId="77777777" w:rsidR="00682E95" w:rsidRPr="00E13402" w:rsidRDefault="00000000">
      <w:pPr>
        <w:spacing w:after="60" w:line="252" w:lineRule="auto"/>
        <w:rPr>
          <w:rFonts w:ascii="Times New Roman" w:hAnsi="Times New Roman" w:cs="Times New Roman"/>
        </w:rPr>
      </w:pPr>
      <w:r w:rsidRPr="00E13402">
        <w:rPr>
          <w:rFonts w:ascii="Segoe UI Symbol" w:hAnsi="Segoe UI Symbol" w:cs="Segoe UI Symbol"/>
        </w:rPr>
        <w:t>☐</w:t>
      </w:r>
      <w:r w:rsidRPr="00E13402">
        <w:rPr>
          <w:rFonts w:ascii="Times New Roman" w:hAnsi="Times New Roman" w:cs="Times New Roman"/>
        </w:rPr>
        <w:t xml:space="preserve"> Oświadczam, że dane podane w formularzu są prawdziwe i zostały przekazane w celu organizacji przeglądu stomatologicznego.</w:t>
      </w:r>
    </w:p>
    <w:p w14:paraId="56B96489" w14:textId="77777777" w:rsidR="00682E95" w:rsidRPr="00E13402" w:rsidRDefault="00000000">
      <w:pPr>
        <w:spacing w:after="100" w:line="252" w:lineRule="auto"/>
        <w:rPr>
          <w:rFonts w:ascii="Times New Roman" w:hAnsi="Times New Roman" w:cs="Times New Roman"/>
        </w:rPr>
      </w:pPr>
      <w:r w:rsidRPr="00E13402">
        <w:rPr>
          <w:rFonts w:ascii="Segoe UI Symbol" w:hAnsi="Segoe UI Symbol" w:cs="Segoe UI Symbol"/>
        </w:rPr>
        <w:t>☐</w:t>
      </w:r>
      <w:r w:rsidRPr="00E13402">
        <w:rPr>
          <w:rFonts w:ascii="Times New Roman" w:hAnsi="Times New Roman" w:cs="Times New Roman"/>
        </w:rPr>
        <w:t xml:space="preserve"> Wyrażam zgodę na przetwarzanie przez Gminę Główczyce danych osobowych moich oraz mojego dziecka wskazanych w formularzu w celu organizacji i realizacji przeglądu stomatologicznego, zgodnie z art. 6 ust. 1 lit. a RODO.</w:t>
      </w:r>
    </w:p>
    <w:p w14:paraId="2152C678" w14:textId="77777777" w:rsidR="00682E95" w:rsidRPr="00E13402" w:rsidRDefault="00000000">
      <w:pPr>
        <w:rPr>
          <w:rFonts w:ascii="Times New Roman" w:hAnsi="Times New Roman" w:cs="Times New Roman"/>
        </w:rPr>
      </w:pPr>
      <w:r w:rsidRPr="00E13402">
        <w:rPr>
          <w:rFonts w:ascii="Times New Roman" w:hAnsi="Times New Roman" w:cs="Times New Roman"/>
        </w:rPr>
        <w:br w:type="page"/>
      </w:r>
    </w:p>
    <w:p w14:paraId="24066C18" w14:textId="77777777" w:rsidR="005858E8" w:rsidRPr="00E13402" w:rsidRDefault="005858E8" w:rsidP="005858E8">
      <w:pPr>
        <w:spacing w:after="150" w:line="254" w:lineRule="atLeast"/>
        <w:jc w:val="center"/>
        <w:rPr>
          <w:rFonts w:ascii="Times New Roman" w:eastAsia="Times New Roman" w:hAnsi="Times New Roman" w:cs="Times New Roman"/>
          <w:b/>
          <w:lang w:eastAsia="pl-PL"/>
        </w:rPr>
      </w:pPr>
      <w:proofErr w:type="spellStart"/>
      <w:r w:rsidRPr="00E13402">
        <w:rPr>
          <w:rFonts w:ascii="Times New Roman" w:eastAsia="Times New Roman" w:hAnsi="Times New Roman" w:cs="Times New Roman"/>
          <w:b/>
          <w:lang w:eastAsia="pl-PL"/>
        </w:rPr>
        <w:lastRenderedPageBreak/>
        <w:t>Klauzula</w:t>
      </w:r>
      <w:proofErr w:type="spellEnd"/>
      <w:r w:rsidRPr="00E1340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proofErr w:type="spellStart"/>
      <w:r w:rsidRPr="00E13402">
        <w:rPr>
          <w:rFonts w:ascii="Times New Roman" w:eastAsia="Times New Roman" w:hAnsi="Times New Roman" w:cs="Times New Roman"/>
          <w:b/>
          <w:lang w:eastAsia="pl-PL"/>
        </w:rPr>
        <w:t>informacyjna</w:t>
      </w:r>
      <w:proofErr w:type="spellEnd"/>
      <w:r w:rsidRPr="00E13402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56DA5CB" w14:textId="77777777" w:rsidR="005858E8" w:rsidRPr="00E13402" w:rsidRDefault="005858E8" w:rsidP="005858E8">
      <w:pPr>
        <w:spacing w:after="150" w:line="254" w:lineRule="atLeast"/>
        <w:jc w:val="both"/>
        <w:rPr>
          <w:rFonts w:ascii="Times New Roman" w:eastAsia="Calibri" w:hAnsi="Times New Roman" w:cs="Times New Roman"/>
          <w:b/>
        </w:rPr>
      </w:pPr>
      <w:proofErr w:type="spellStart"/>
      <w:r w:rsidRPr="00E13402">
        <w:rPr>
          <w:rFonts w:ascii="Times New Roman" w:eastAsia="Calibri" w:hAnsi="Times New Roman" w:cs="Times New Roman"/>
          <w:b/>
        </w:rPr>
        <w:t>Zgodnie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z art. 13 </w:t>
      </w:r>
      <w:proofErr w:type="spellStart"/>
      <w:r w:rsidRPr="00E13402">
        <w:rPr>
          <w:rFonts w:ascii="Times New Roman" w:eastAsia="Calibri" w:hAnsi="Times New Roman" w:cs="Times New Roman"/>
          <w:b/>
        </w:rPr>
        <w:t>Rozporządzenia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Parlamentu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Europejskiego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i Rady (UE) 2016/679 z </w:t>
      </w:r>
      <w:proofErr w:type="spellStart"/>
      <w:r w:rsidRPr="00E13402">
        <w:rPr>
          <w:rFonts w:ascii="Times New Roman" w:eastAsia="Calibri" w:hAnsi="Times New Roman" w:cs="Times New Roman"/>
          <w:b/>
        </w:rPr>
        <w:t>dnia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27 </w:t>
      </w:r>
      <w:proofErr w:type="spellStart"/>
      <w:r w:rsidRPr="00E13402">
        <w:rPr>
          <w:rFonts w:ascii="Times New Roman" w:eastAsia="Calibri" w:hAnsi="Times New Roman" w:cs="Times New Roman"/>
          <w:b/>
        </w:rPr>
        <w:t>kwietnia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2016 </w:t>
      </w:r>
      <w:proofErr w:type="spellStart"/>
      <w:r w:rsidRPr="00E13402">
        <w:rPr>
          <w:rFonts w:ascii="Times New Roman" w:eastAsia="Calibri" w:hAnsi="Times New Roman" w:cs="Times New Roman"/>
          <w:b/>
        </w:rPr>
        <w:t>roku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w </w:t>
      </w:r>
      <w:proofErr w:type="spellStart"/>
      <w:r w:rsidRPr="00E13402">
        <w:rPr>
          <w:rFonts w:ascii="Times New Roman" w:eastAsia="Calibri" w:hAnsi="Times New Roman" w:cs="Times New Roman"/>
          <w:b/>
        </w:rPr>
        <w:t>sprawie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ochrony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osób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fizycznych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w </w:t>
      </w:r>
      <w:proofErr w:type="spellStart"/>
      <w:r w:rsidRPr="00E13402">
        <w:rPr>
          <w:rFonts w:ascii="Times New Roman" w:eastAsia="Calibri" w:hAnsi="Times New Roman" w:cs="Times New Roman"/>
          <w:b/>
        </w:rPr>
        <w:t>związku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z </w:t>
      </w:r>
      <w:proofErr w:type="spellStart"/>
      <w:r w:rsidRPr="00E13402">
        <w:rPr>
          <w:rFonts w:ascii="Times New Roman" w:eastAsia="Calibri" w:hAnsi="Times New Roman" w:cs="Times New Roman"/>
          <w:b/>
        </w:rPr>
        <w:t>przetwarzaniem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danych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osobowych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i w </w:t>
      </w:r>
      <w:proofErr w:type="spellStart"/>
      <w:r w:rsidRPr="00E13402">
        <w:rPr>
          <w:rFonts w:ascii="Times New Roman" w:eastAsia="Calibri" w:hAnsi="Times New Roman" w:cs="Times New Roman"/>
          <w:b/>
        </w:rPr>
        <w:t>sprawie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swobodnego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przepływu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takich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danych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oraz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uchylenia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dyrektywy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95/46/WE (</w:t>
      </w:r>
      <w:proofErr w:type="spellStart"/>
      <w:r w:rsidRPr="00E13402">
        <w:rPr>
          <w:rFonts w:ascii="Times New Roman" w:eastAsia="Calibri" w:hAnsi="Times New Roman" w:cs="Times New Roman"/>
          <w:b/>
        </w:rPr>
        <w:t>ogólne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rozporządzenie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o </w:t>
      </w:r>
      <w:proofErr w:type="spellStart"/>
      <w:r w:rsidRPr="00E13402">
        <w:rPr>
          <w:rFonts w:ascii="Times New Roman" w:eastAsia="Calibri" w:hAnsi="Times New Roman" w:cs="Times New Roman"/>
          <w:b/>
        </w:rPr>
        <w:t>ochronie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danych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), </w:t>
      </w:r>
      <w:proofErr w:type="spellStart"/>
      <w:r w:rsidRPr="00E13402">
        <w:rPr>
          <w:rFonts w:ascii="Times New Roman" w:eastAsia="Calibri" w:hAnsi="Times New Roman" w:cs="Times New Roman"/>
          <w:b/>
        </w:rPr>
        <w:t>zwane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13402">
        <w:rPr>
          <w:rFonts w:ascii="Times New Roman" w:eastAsia="Calibri" w:hAnsi="Times New Roman" w:cs="Times New Roman"/>
          <w:b/>
        </w:rPr>
        <w:t>dalej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 RODO, Administrator </w:t>
      </w:r>
      <w:proofErr w:type="spellStart"/>
      <w:r w:rsidRPr="00E13402">
        <w:rPr>
          <w:rFonts w:ascii="Times New Roman" w:eastAsia="Calibri" w:hAnsi="Times New Roman" w:cs="Times New Roman"/>
          <w:b/>
        </w:rPr>
        <w:t>informuje</w:t>
      </w:r>
      <w:proofErr w:type="spellEnd"/>
      <w:r w:rsidRPr="00E13402">
        <w:rPr>
          <w:rFonts w:ascii="Times New Roman" w:eastAsia="Calibri" w:hAnsi="Times New Roman" w:cs="Times New Roman"/>
          <w:b/>
        </w:rPr>
        <w:t xml:space="preserve">, </w:t>
      </w:r>
      <w:proofErr w:type="spellStart"/>
      <w:r w:rsidRPr="00E13402">
        <w:rPr>
          <w:rFonts w:ascii="Times New Roman" w:eastAsia="Calibri" w:hAnsi="Times New Roman" w:cs="Times New Roman"/>
          <w:b/>
        </w:rPr>
        <w:t>iż</w:t>
      </w:r>
      <w:proofErr w:type="spellEnd"/>
      <w:r w:rsidRPr="00E13402">
        <w:rPr>
          <w:rFonts w:ascii="Times New Roman" w:eastAsia="Calibri" w:hAnsi="Times New Roman" w:cs="Times New Roman"/>
          <w:b/>
        </w:rPr>
        <w:t>:</w:t>
      </w:r>
    </w:p>
    <w:p w14:paraId="7A7E24C0" w14:textId="77777777" w:rsidR="005858E8" w:rsidRPr="007977B5" w:rsidRDefault="005858E8" w:rsidP="005858E8">
      <w:pPr>
        <w:spacing w:line="240" w:lineRule="auto"/>
        <w:jc w:val="both"/>
        <w:rPr>
          <w:rFonts w:ascii="Times New Roman" w:eastAsia="Calibri" w:hAnsi="Times New Roman" w:cs="Times New Roman"/>
          <w:b/>
          <w:iCs/>
        </w:rPr>
      </w:pPr>
      <w:r w:rsidRPr="007977B5">
        <w:rPr>
          <w:rFonts w:ascii="Times New Roman" w:eastAsia="Calibri" w:hAnsi="Times New Roman" w:cs="Times New Roman"/>
          <w:b/>
          <w:iCs/>
        </w:rPr>
        <w:t xml:space="preserve">1. Administrator </w:t>
      </w:r>
      <w:proofErr w:type="spellStart"/>
      <w:r w:rsidRPr="007977B5">
        <w:rPr>
          <w:rFonts w:ascii="Times New Roman" w:eastAsia="Calibri" w:hAnsi="Times New Roman" w:cs="Times New Roman"/>
          <w:b/>
          <w:iCs/>
        </w:rPr>
        <w:t>Danych</w:t>
      </w:r>
      <w:proofErr w:type="spellEnd"/>
      <w:r w:rsidRPr="007977B5">
        <w:rPr>
          <w:rFonts w:ascii="Times New Roman" w:eastAsia="Calibri" w:hAnsi="Times New Roman" w:cs="Times New Roman"/>
          <w:b/>
          <w:iCs/>
        </w:rPr>
        <w:t xml:space="preserve"> </w:t>
      </w:r>
      <w:proofErr w:type="spellStart"/>
      <w:r w:rsidRPr="007977B5">
        <w:rPr>
          <w:rFonts w:ascii="Times New Roman" w:eastAsia="Calibri" w:hAnsi="Times New Roman" w:cs="Times New Roman"/>
          <w:b/>
          <w:iCs/>
        </w:rPr>
        <w:t>Osobowych</w:t>
      </w:r>
      <w:proofErr w:type="spellEnd"/>
    </w:p>
    <w:p w14:paraId="5454C8F1" w14:textId="77777777" w:rsidR="005858E8" w:rsidRPr="007977B5" w:rsidRDefault="005858E8" w:rsidP="005858E8">
      <w:pPr>
        <w:spacing w:line="240" w:lineRule="auto"/>
        <w:jc w:val="both"/>
        <w:rPr>
          <w:rFonts w:ascii="Times New Roman" w:eastAsia="Calibri" w:hAnsi="Times New Roman" w:cs="Times New Roman"/>
          <w:iCs/>
        </w:rPr>
      </w:pPr>
      <w:proofErr w:type="spellStart"/>
      <w:r w:rsidRPr="007977B5">
        <w:rPr>
          <w:rFonts w:ascii="Times New Roman" w:eastAsia="Calibri" w:hAnsi="Times New Roman" w:cs="Times New Roman"/>
          <w:iCs/>
        </w:rPr>
        <w:t>Administratorem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Pani/Pana </w:t>
      </w:r>
      <w:proofErr w:type="spellStart"/>
      <w:r w:rsidRPr="007977B5">
        <w:rPr>
          <w:rFonts w:ascii="Times New Roman" w:eastAsia="Calibri" w:hAnsi="Times New Roman" w:cs="Times New Roman"/>
          <w:iCs/>
        </w:rPr>
        <w:t>Danych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</w:t>
      </w:r>
      <w:proofErr w:type="spellStart"/>
      <w:r w:rsidRPr="007977B5">
        <w:rPr>
          <w:rFonts w:ascii="Times New Roman" w:eastAsia="Calibri" w:hAnsi="Times New Roman" w:cs="Times New Roman"/>
          <w:iCs/>
        </w:rPr>
        <w:t>Osobowych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jest </w:t>
      </w:r>
      <w:proofErr w:type="spellStart"/>
      <w:r w:rsidRPr="007977B5">
        <w:rPr>
          <w:rFonts w:ascii="Times New Roman" w:eastAsia="Calibri" w:hAnsi="Times New Roman" w:cs="Times New Roman"/>
          <w:iCs/>
        </w:rPr>
        <w:t>Gmina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Główczyce z </w:t>
      </w:r>
      <w:proofErr w:type="spellStart"/>
      <w:r w:rsidRPr="007977B5">
        <w:rPr>
          <w:rFonts w:ascii="Times New Roman" w:eastAsia="Calibri" w:hAnsi="Times New Roman" w:cs="Times New Roman"/>
          <w:iCs/>
        </w:rPr>
        <w:t>siedzibą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w Główczycach, ul. </w:t>
      </w:r>
      <w:proofErr w:type="spellStart"/>
      <w:r w:rsidRPr="007977B5">
        <w:rPr>
          <w:rFonts w:ascii="Times New Roman" w:eastAsia="Calibri" w:hAnsi="Times New Roman" w:cs="Times New Roman"/>
          <w:iCs/>
        </w:rPr>
        <w:t>Kościuszki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8, 76-220 Główczyce.</w:t>
      </w:r>
    </w:p>
    <w:p w14:paraId="53ADB4AB" w14:textId="77777777" w:rsidR="005858E8" w:rsidRPr="007977B5" w:rsidRDefault="005858E8" w:rsidP="005858E8">
      <w:pPr>
        <w:spacing w:line="240" w:lineRule="auto"/>
        <w:jc w:val="both"/>
        <w:rPr>
          <w:rFonts w:ascii="Times New Roman" w:eastAsia="Calibri" w:hAnsi="Times New Roman" w:cs="Times New Roman"/>
          <w:b/>
          <w:iCs/>
        </w:rPr>
      </w:pPr>
      <w:r w:rsidRPr="007977B5">
        <w:rPr>
          <w:rFonts w:ascii="Times New Roman" w:eastAsia="Calibri" w:hAnsi="Times New Roman" w:cs="Times New Roman"/>
          <w:b/>
          <w:iCs/>
        </w:rPr>
        <w:t xml:space="preserve">2. Inspektor </w:t>
      </w:r>
      <w:proofErr w:type="spellStart"/>
      <w:r w:rsidRPr="007977B5">
        <w:rPr>
          <w:rFonts w:ascii="Times New Roman" w:eastAsia="Calibri" w:hAnsi="Times New Roman" w:cs="Times New Roman"/>
          <w:b/>
          <w:iCs/>
        </w:rPr>
        <w:t>Ochrony</w:t>
      </w:r>
      <w:proofErr w:type="spellEnd"/>
      <w:r w:rsidRPr="007977B5">
        <w:rPr>
          <w:rFonts w:ascii="Times New Roman" w:eastAsia="Calibri" w:hAnsi="Times New Roman" w:cs="Times New Roman"/>
          <w:b/>
          <w:iCs/>
        </w:rPr>
        <w:t xml:space="preserve"> Danych</w:t>
      </w:r>
    </w:p>
    <w:p w14:paraId="49F8EC45" w14:textId="77777777" w:rsidR="005858E8" w:rsidRPr="007977B5" w:rsidRDefault="005858E8" w:rsidP="005858E8">
      <w:pPr>
        <w:spacing w:after="150" w:line="240" w:lineRule="auto"/>
        <w:jc w:val="both"/>
        <w:rPr>
          <w:rFonts w:ascii="Times New Roman" w:eastAsia="Calibri" w:hAnsi="Times New Roman" w:cs="Times New Roman"/>
          <w:iCs/>
        </w:rPr>
      </w:pPr>
      <w:proofErr w:type="spellStart"/>
      <w:r w:rsidRPr="007977B5">
        <w:rPr>
          <w:rFonts w:ascii="Times New Roman" w:eastAsia="Calibri" w:hAnsi="Times New Roman" w:cs="Times New Roman"/>
          <w:iCs/>
        </w:rPr>
        <w:t>Kontakt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z </w:t>
      </w:r>
      <w:proofErr w:type="spellStart"/>
      <w:r w:rsidRPr="007977B5">
        <w:rPr>
          <w:rFonts w:ascii="Times New Roman" w:eastAsia="Calibri" w:hAnsi="Times New Roman" w:cs="Times New Roman"/>
          <w:iCs/>
        </w:rPr>
        <w:t>Inspektorem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</w:t>
      </w:r>
      <w:proofErr w:type="spellStart"/>
      <w:r w:rsidRPr="007977B5">
        <w:rPr>
          <w:rFonts w:ascii="Times New Roman" w:eastAsia="Calibri" w:hAnsi="Times New Roman" w:cs="Times New Roman"/>
          <w:iCs/>
        </w:rPr>
        <w:t>Ochrony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Danych </w:t>
      </w:r>
      <w:proofErr w:type="spellStart"/>
      <w:r w:rsidRPr="007977B5">
        <w:rPr>
          <w:rFonts w:ascii="Times New Roman" w:eastAsia="Calibri" w:hAnsi="Times New Roman" w:cs="Times New Roman"/>
          <w:iCs/>
        </w:rPr>
        <w:t>Osobowych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w </w:t>
      </w:r>
      <w:proofErr w:type="spellStart"/>
      <w:r w:rsidRPr="007977B5">
        <w:rPr>
          <w:rFonts w:ascii="Times New Roman" w:eastAsia="Calibri" w:hAnsi="Times New Roman" w:cs="Times New Roman"/>
          <w:iCs/>
        </w:rPr>
        <w:t>Urzędzie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Gminy w Główczycach – p. </w:t>
      </w:r>
      <w:proofErr w:type="spellStart"/>
      <w:r w:rsidRPr="007977B5">
        <w:rPr>
          <w:rFonts w:ascii="Times New Roman" w:eastAsia="Calibri" w:hAnsi="Times New Roman" w:cs="Times New Roman"/>
          <w:iCs/>
        </w:rPr>
        <w:t>Adrianą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</w:t>
      </w:r>
      <w:proofErr w:type="spellStart"/>
      <w:r w:rsidRPr="007977B5">
        <w:rPr>
          <w:rFonts w:ascii="Times New Roman" w:eastAsia="Calibri" w:hAnsi="Times New Roman" w:cs="Times New Roman"/>
          <w:iCs/>
        </w:rPr>
        <w:t>Głuchowską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</w:t>
      </w:r>
      <w:proofErr w:type="spellStart"/>
      <w:r w:rsidRPr="007977B5">
        <w:rPr>
          <w:rFonts w:ascii="Times New Roman" w:eastAsia="Calibri" w:hAnsi="Times New Roman" w:cs="Times New Roman"/>
          <w:iCs/>
        </w:rPr>
        <w:t>możliwy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jest za </w:t>
      </w:r>
      <w:proofErr w:type="spellStart"/>
      <w:r w:rsidRPr="007977B5">
        <w:rPr>
          <w:rFonts w:ascii="Times New Roman" w:eastAsia="Calibri" w:hAnsi="Times New Roman" w:cs="Times New Roman"/>
          <w:iCs/>
        </w:rPr>
        <w:t>pośrednictwem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</w:t>
      </w:r>
      <w:proofErr w:type="spellStart"/>
      <w:r w:rsidRPr="007977B5">
        <w:rPr>
          <w:rFonts w:ascii="Times New Roman" w:eastAsia="Calibri" w:hAnsi="Times New Roman" w:cs="Times New Roman"/>
          <w:iCs/>
        </w:rPr>
        <w:t>adresu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e-mail: auditor@auditorsecurity.pl </w:t>
      </w:r>
      <w:proofErr w:type="spellStart"/>
      <w:r w:rsidRPr="007977B5">
        <w:rPr>
          <w:rFonts w:ascii="Times New Roman" w:eastAsia="Calibri" w:hAnsi="Times New Roman" w:cs="Times New Roman"/>
          <w:iCs/>
        </w:rPr>
        <w:t>oraz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</w:t>
      </w:r>
      <w:proofErr w:type="spellStart"/>
      <w:r w:rsidRPr="007977B5">
        <w:rPr>
          <w:rFonts w:ascii="Times New Roman" w:eastAsia="Calibri" w:hAnsi="Times New Roman" w:cs="Times New Roman"/>
          <w:iCs/>
        </w:rPr>
        <w:t>numerem</w:t>
      </w:r>
      <w:proofErr w:type="spellEnd"/>
      <w:r w:rsidRPr="007977B5">
        <w:rPr>
          <w:rFonts w:ascii="Times New Roman" w:eastAsia="Calibri" w:hAnsi="Times New Roman" w:cs="Times New Roman"/>
          <w:iCs/>
        </w:rPr>
        <w:t xml:space="preserve"> </w:t>
      </w:r>
      <w:proofErr w:type="spellStart"/>
      <w:r w:rsidRPr="007977B5">
        <w:rPr>
          <w:rFonts w:ascii="Times New Roman" w:eastAsia="Calibri" w:hAnsi="Times New Roman" w:cs="Times New Roman"/>
          <w:iCs/>
        </w:rPr>
        <w:t>telefonu</w:t>
      </w:r>
      <w:proofErr w:type="spellEnd"/>
      <w:r w:rsidRPr="007977B5">
        <w:rPr>
          <w:rFonts w:ascii="Times New Roman" w:eastAsia="Calibri" w:hAnsi="Times New Roman" w:cs="Times New Roman"/>
          <w:iCs/>
        </w:rPr>
        <w:t>: 696 011 969</w:t>
      </w:r>
    </w:p>
    <w:p w14:paraId="6D8CFF56" w14:textId="77777777" w:rsidR="005858E8" w:rsidRPr="007977B5" w:rsidRDefault="005858E8" w:rsidP="005858E8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3. Cel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oraz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podstawa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prawna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przetwarzania</w:t>
      </w:r>
      <w:proofErr w:type="spellEnd"/>
    </w:p>
    <w:p w14:paraId="552C7223" w14:textId="77777777" w:rsidR="005858E8" w:rsidRPr="007977B5" w:rsidRDefault="005858E8" w:rsidP="005858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Pani/Pana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dane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osobowe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przetwarzane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są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w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celu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zapisu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oraz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realizacji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przeglądów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dentystycznych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,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na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podstawie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Art. 6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ust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>. 1 lit. a RODO.</w:t>
      </w:r>
    </w:p>
    <w:p w14:paraId="25239823" w14:textId="77777777" w:rsidR="005858E8" w:rsidRPr="007977B5" w:rsidRDefault="005858E8" w:rsidP="005858E8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977B5">
        <w:rPr>
          <w:rFonts w:ascii="Times New Roman" w:eastAsia="Times New Roman" w:hAnsi="Times New Roman" w:cs="Times New Roman"/>
          <w:iCs/>
          <w:lang w:eastAsia="pl-PL"/>
        </w:rPr>
        <w:t> </w:t>
      </w:r>
      <w:r w:rsidRPr="007977B5">
        <w:rPr>
          <w:rFonts w:ascii="Times New Roman" w:eastAsia="Calibri" w:hAnsi="Times New Roman" w:cs="Times New Roman"/>
          <w:b/>
          <w:iCs/>
        </w:rPr>
        <w:t xml:space="preserve">4. Prawa </w:t>
      </w:r>
      <w:proofErr w:type="spellStart"/>
      <w:r w:rsidRPr="007977B5">
        <w:rPr>
          <w:rFonts w:ascii="Times New Roman" w:eastAsia="Calibri" w:hAnsi="Times New Roman" w:cs="Times New Roman"/>
          <w:b/>
          <w:iCs/>
        </w:rPr>
        <w:t>osób</w:t>
      </w:r>
      <w:proofErr w:type="spellEnd"/>
      <w:r w:rsidRPr="007977B5">
        <w:rPr>
          <w:rFonts w:ascii="Times New Roman" w:eastAsia="Calibri" w:hAnsi="Times New Roman" w:cs="Times New Roman"/>
          <w:b/>
          <w:iCs/>
        </w:rPr>
        <w:t xml:space="preserve">, </w:t>
      </w:r>
      <w:proofErr w:type="spellStart"/>
      <w:r w:rsidRPr="007977B5">
        <w:rPr>
          <w:rFonts w:ascii="Times New Roman" w:eastAsia="Calibri" w:hAnsi="Times New Roman" w:cs="Times New Roman"/>
          <w:b/>
          <w:iCs/>
        </w:rPr>
        <w:t>których</w:t>
      </w:r>
      <w:proofErr w:type="spellEnd"/>
      <w:r w:rsidRPr="007977B5">
        <w:rPr>
          <w:rFonts w:ascii="Times New Roman" w:eastAsia="Calibri" w:hAnsi="Times New Roman" w:cs="Times New Roman"/>
          <w:b/>
          <w:iCs/>
        </w:rPr>
        <w:t xml:space="preserve"> </w:t>
      </w:r>
      <w:proofErr w:type="spellStart"/>
      <w:r w:rsidRPr="007977B5">
        <w:rPr>
          <w:rFonts w:ascii="Times New Roman" w:eastAsia="Calibri" w:hAnsi="Times New Roman" w:cs="Times New Roman"/>
          <w:b/>
          <w:iCs/>
        </w:rPr>
        <w:t>dane</w:t>
      </w:r>
      <w:proofErr w:type="spellEnd"/>
      <w:r w:rsidRPr="007977B5">
        <w:rPr>
          <w:rFonts w:ascii="Times New Roman" w:eastAsia="Calibri" w:hAnsi="Times New Roman" w:cs="Times New Roman"/>
          <w:b/>
          <w:iCs/>
        </w:rPr>
        <w:t xml:space="preserve"> </w:t>
      </w:r>
      <w:proofErr w:type="spellStart"/>
      <w:r w:rsidRPr="007977B5">
        <w:rPr>
          <w:rFonts w:ascii="Times New Roman" w:eastAsia="Calibri" w:hAnsi="Times New Roman" w:cs="Times New Roman"/>
          <w:b/>
          <w:iCs/>
        </w:rPr>
        <w:t>są</w:t>
      </w:r>
      <w:proofErr w:type="spellEnd"/>
      <w:r w:rsidRPr="007977B5">
        <w:rPr>
          <w:rFonts w:ascii="Times New Roman" w:eastAsia="Calibri" w:hAnsi="Times New Roman" w:cs="Times New Roman"/>
          <w:b/>
          <w:iCs/>
        </w:rPr>
        <w:t xml:space="preserve"> </w:t>
      </w:r>
      <w:proofErr w:type="spellStart"/>
      <w:r w:rsidRPr="007977B5">
        <w:rPr>
          <w:rFonts w:ascii="Times New Roman" w:eastAsia="Calibri" w:hAnsi="Times New Roman" w:cs="Times New Roman"/>
          <w:b/>
          <w:iCs/>
        </w:rPr>
        <w:t>przetwarzane</w:t>
      </w:r>
      <w:proofErr w:type="spellEnd"/>
    </w:p>
    <w:p w14:paraId="61902E03" w14:textId="77777777" w:rsidR="005858E8" w:rsidRPr="007977B5" w:rsidRDefault="005858E8" w:rsidP="005858E8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Ma Pani/Pan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prawo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do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dostępu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do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danych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osobowych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oraz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prawo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ich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sprostowania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.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Ponadto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przysługuje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prawo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ograniczenia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przetwarzania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w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przypadkach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określonych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w art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. 18 RODO.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Posiada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również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Pani/Pan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prawo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do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wniesienia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sprzeciwu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na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podstawie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art. 21 RODO. </w:t>
      </w:r>
    </w:p>
    <w:p w14:paraId="734204E0" w14:textId="77777777" w:rsidR="005858E8" w:rsidRPr="007977B5" w:rsidRDefault="005858E8" w:rsidP="005858E8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W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przypadku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stwierdzenia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,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że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przetwarzanie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danych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narusza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obowiązujące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przepisy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prawa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,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przysługuje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prawo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wniesienia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skargi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do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Prezesa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Urzędu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Ochrony Danych Osobowych.</w:t>
      </w:r>
    </w:p>
    <w:p w14:paraId="46C1F2C5" w14:textId="77777777" w:rsidR="005858E8" w:rsidRPr="007977B5" w:rsidRDefault="005858E8" w:rsidP="005858E8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5.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Okres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przechowywania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</w:p>
    <w:p w14:paraId="198B50E7" w14:textId="77777777" w:rsidR="005858E8" w:rsidRPr="007977B5" w:rsidRDefault="005858E8" w:rsidP="005858E8">
      <w:pPr>
        <w:spacing w:line="240" w:lineRule="auto"/>
        <w:rPr>
          <w:rFonts w:ascii="Times New Roman" w:eastAsia="Times New Roman" w:hAnsi="Times New Roman" w:cs="Times New Roman"/>
          <w:iCs/>
          <w:lang w:eastAsia="pl-PL"/>
        </w:rPr>
      </w:pPr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Pani/Pana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dane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osobowe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będą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przechowywane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przez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okres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wynikający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z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przepisów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ustawy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z 14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lipca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1983 r. o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narodowym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zasobie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archiwalnym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i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archiwach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(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Dz.U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. z 2020 r.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poz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. 164, z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późn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.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zm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>.).</w:t>
      </w:r>
    </w:p>
    <w:p w14:paraId="10AB5F86" w14:textId="77777777" w:rsidR="005858E8" w:rsidRPr="007977B5" w:rsidRDefault="005858E8" w:rsidP="005858E8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6.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Odbiorcy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danych</w:t>
      </w:r>
      <w:proofErr w:type="spellEnd"/>
    </w:p>
    <w:p w14:paraId="197C5499" w14:textId="77777777" w:rsidR="005858E8" w:rsidRPr="007977B5" w:rsidRDefault="005858E8" w:rsidP="005858E8">
      <w:pPr>
        <w:spacing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W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toku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załatwiania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Pani/Pana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sprawy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dane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osobowe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mogą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być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przekazane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innym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podmiotom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.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Odbiorcami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danych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mogą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być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podmioty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upoważnione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do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odbioru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danych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osobowych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na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podstawie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odpowiednich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przepisów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prawa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oraz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podmioty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,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które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przetwarzają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dane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osobowe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w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imieniu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Administratora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,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na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podstawie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zawartej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z nim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umowy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powierzenia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przetwarzania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danych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osobowych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. W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celu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realizacji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przedmiotowego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badania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, Pani/Pana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dane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osobowe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zostaną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przekazane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firmie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Salus Sp. z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o.o.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, 76-200 Słupsk, ul.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Zielona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8.</w:t>
      </w:r>
    </w:p>
    <w:p w14:paraId="51C63EE8" w14:textId="77777777" w:rsidR="005858E8" w:rsidRPr="007977B5" w:rsidRDefault="005858E8" w:rsidP="005858E8">
      <w:pPr>
        <w:spacing w:line="240" w:lineRule="auto"/>
        <w:jc w:val="both"/>
        <w:rPr>
          <w:rFonts w:ascii="Times New Roman" w:eastAsia="Calibri" w:hAnsi="Times New Roman" w:cs="Times New Roman"/>
          <w:b/>
          <w:iCs/>
        </w:rPr>
      </w:pPr>
      <w:r w:rsidRPr="007977B5">
        <w:rPr>
          <w:rFonts w:ascii="Times New Roman" w:eastAsia="Calibri" w:hAnsi="Times New Roman" w:cs="Times New Roman"/>
          <w:b/>
          <w:iCs/>
        </w:rPr>
        <w:t xml:space="preserve">7. </w:t>
      </w:r>
      <w:proofErr w:type="spellStart"/>
      <w:r w:rsidRPr="007977B5">
        <w:rPr>
          <w:rFonts w:ascii="Times New Roman" w:eastAsia="Calibri" w:hAnsi="Times New Roman" w:cs="Times New Roman"/>
          <w:b/>
          <w:iCs/>
        </w:rPr>
        <w:t>Profilowanie</w:t>
      </w:r>
      <w:proofErr w:type="spellEnd"/>
    </w:p>
    <w:p w14:paraId="3D683581" w14:textId="77777777" w:rsidR="005858E8" w:rsidRPr="007977B5" w:rsidRDefault="005858E8" w:rsidP="005858E8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Informujemy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, </w:t>
      </w:r>
      <w:proofErr w:type="spellStart"/>
      <w:r w:rsidRPr="007977B5">
        <w:rPr>
          <w:rFonts w:ascii="Times New Roman" w:eastAsia="Times New Roman" w:hAnsi="Times New Roman" w:cs="Times New Roman"/>
          <w:iCs/>
          <w:lang w:eastAsia="pl-PL"/>
        </w:rPr>
        <w:t>że</w:t>
      </w:r>
      <w:proofErr w:type="spellEnd"/>
      <w:r w:rsidRPr="007977B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nie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podejmujemy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decyzji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w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sposób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zautomatyzowany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, w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tym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w 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formie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proofErr w:type="spellStart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profilowania</w:t>
      </w:r>
      <w:proofErr w:type="spellEnd"/>
      <w:r w:rsidRPr="007977B5">
        <w:rPr>
          <w:rFonts w:ascii="Times New Roman" w:eastAsia="Times New Roman" w:hAnsi="Times New Roman" w:cs="Times New Roman"/>
          <w:b/>
          <w:bCs/>
          <w:iCs/>
          <w:lang w:eastAsia="pl-PL"/>
        </w:rPr>
        <w:t>.</w:t>
      </w:r>
    </w:p>
    <w:p w14:paraId="4C7E95A4" w14:textId="0EEC8DBE" w:rsidR="00682E95" w:rsidRPr="007977B5" w:rsidRDefault="00682E95">
      <w:pPr>
        <w:spacing w:after="100" w:line="252" w:lineRule="auto"/>
        <w:jc w:val="both"/>
        <w:rPr>
          <w:rFonts w:ascii="Times New Roman" w:hAnsi="Times New Roman" w:cs="Times New Roman"/>
          <w:iCs/>
        </w:rPr>
      </w:pPr>
    </w:p>
    <w:sectPr w:rsidR="00682E95" w:rsidRPr="007977B5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0318287">
    <w:abstractNumId w:val="8"/>
  </w:num>
  <w:num w:numId="2" w16cid:durableId="519782812">
    <w:abstractNumId w:val="6"/>
  </w:num>
  <w:num w:numId="3" w16cid:durableId="1473327616">
    <w:abstractNumId w:val="5"/>
  </w:num>
  <w:num w:numId="4" w16cid:durableId="270013413">
    <w:abstractNumId w:val="4"/>
  </w:num>
  <w:num w:numId="5" w16cid:durableId="1933198519">
    <w:abstractNumId w:val="7"/>
  </w:num>
  <w:num w:numId="6" w16cid:durableId="1831746222">
    <w:abstractNumId w:val="3"/>
  </w:num>
  <w:num w:numId="7" w16cid:durableId="931816778">
    <w:abstractNumId w:val="2"/>
  </w:num>
  <w:num w:numId="8" w16cid:durableId="1143426947">
    <w:abstractNumId w:val="1"/>
  </w:num>
  <w:num w:numId="9" w16cid:durableId="371807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858E8"/>
    <w:rsid w:val="006664F8"/>
    <w:rsid w:val="00682E95"/>
    <w:rsid w:val="007977B5"/>
    <w:rsid w:val="007A7392"/>
    <w:rsid w:val="00AA1D8D"/>
    <w:rsid w:val="00B47730"/>
    <w:rsid w:val="00CB0664"/>
    <w:rsid w:val="00D500E5"/>
    <w:rsid w:val="00E134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8E81B"/>
  <w14:defaultImageDpi w14:val="300"/>
  <w15:docId w15:val="{5BC871B0-D1FF-4F3B-ABE9-08517D02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3897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Marcelina Tracewicz</cp:lastModifiedBy>
  <cp:revision>4</cp:revision>
  <dcterms:created xsi:type="dcterms:W3CDTF">2026-09-03T11:58:00Z</dcterms:created>
  <dcterms:modified xsi:type="dcterms:W3CDTF">2026-09-04T10:53:00Z</dcterms:modified>
  <cp:category/>
</cp:coreProperties>
</file>